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7A5A00"/>
          <w:sz w:val="18"/>
        </w:rPr>
        <w:t>HF STEEL TRANSPARENT PROJECT DELIVERY</w:t>
      </w:r>
    </w:p>
    <w:p>
      <w:pPr>
        <w:spacing w:after="60"/>
        <w:jc w:val="center"/>
      </w:pPr>
      <w:r>
        <w:rPr>
          <w:rFonts w:ascii="Calibri" w:hAnsi="Calibri"/>
          <w:b/>
          <w:color w:val="9B1C1C"/>
          <w:sz w:val="22"/>
        </w:rPr>
        <w:t>SAMPLE ONLY - NOT PROJECT EVIDENCE</w:t>
      </w:r>
    </w:p>
    <w:p>
      <w:pPr>
        <w:spacing w:after="100"/>
      </w:pPr>
      <w:r>
        <w:rPr>
          <w:rFonts w:ascii="Calibri" w:hAnsi="Calibri"/>
          <w:b/>
          <w:color w:val="0B2545"/>
          <w:sz w:val="44"/>
        </w:rPr>
        <w:t>Production Milestone Photo Report - Sample</w:t>
      </w:r>
    </w:p>
    <w:p>
      <w:pPr>
        <w:spacing w:after="240"/>
      </w:pPr>
      <w:r>
        <w:rPr>
          <w:rFonts w:ascii="Calibri" w:hAnsi="Calibri"/>
          <w:i/>
          <w:color w:val="555555"/>
          <w:sz w:val="19"/>
        </w:rPr>
        <w:t>Fictional, de-identified sample. It contains no customer or project evidence. Replace bracketed values and approve before delivery.</w:t>
      </w:r>
    </w:p>
    <w:p>
      <w:pPr>
        <w:pStyle w:val="Heading1"/>
      </w:pPr>
      <w:r>
        <w:t>Document control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Project / order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SAMPLE-ONLY-001 / PO-SAMPLE-001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Report / revision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PHOTO-SAMPLE-001 / R0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Stage / milestone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[Material / cutting / assembly / welding / coating / packing]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Drawing revision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[Approved drawing revision]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Report date / time zone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[YYYY-MM-DD HH:MM / time zone]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Captured at / location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[YYYY-MM-DD HH:MM / workshop area]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Component / batch / heat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[Member, area, batch and heat number]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Prepared / reviewed / approved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[Role] / [Role] / [Role]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Confidentiality / disclosure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Confidential by default / [original or de-identified copy]</w:t>
            </w:r>
          </w:p>
        </w:tc>
      </w:tr>
      <w:tr>
        <w:tc>
          <w:tcPr>
            <w:tcW w:type="dxa" w:w="2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Related records</w:t>
            </w:r>
          </w:p>
        </w:tc>
        <w:tc>
          <w:tcPr>
            <w:tcW w:type="dxa" w:w="66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[Progress, inspection, exception and change IDs]</w:t>
            </w:r>
          </w:p>
        </w:tc>
      </w:tr>
    </w:tbl>
    <w:p>
      <w:pPr>
        <w:pStyle w:val="Heading1"/>
      </w:pPr>
      <w:r>
        <w:t>Photo evidence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1 PLACEHOLDER</w:t>
              <w:br/>
              <w:br/>
              <w:t>Photo ID: PHOTO-SAMPLE-001</w:t>
              <w:br/>
              <w:t>Captured: [YYYY-MM-DD HH:MM TZ]</w:t>
              <w:br/>
              <w:t>Object / location: [component, area or package]</w:t>
              <w:br/>
              <w:t>Evidence ID: EV-SAMPLE-001</w:t>
              <w:br/>
              <w:t>Original hash: [SHA-256]</w:t>
              <w:br/>
              <w:t>Disclosure: [Internal / de-identified customer copy]</w:t>
            </w:r>
          </w:p>
        </w:tc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2 PLACEHOLDER</w:t>
              <w:br/>
              <w:br/>
              <w:t>Photo ID: PHOTO-SAMPLE-002</w:t>
              <w:br/>
              <w:t>Captured: [YYYY-MM-DD HH:MM TZ]</w:t>
              <w:br/>
              <w:t>Object / location: [component, area or package]</w:t>
              <w:br/>
              <w:t>Evidence ID: EV-SAMPLE-002</w:t>
              <w:br/>
              <w:t>Original hash: [SHA-256]</w:t>
              <w:br/>
              <w:t>Disclosure: [Internal / de-identified customer copy]</w:t>
            </w:r>
          </w:p>
        </w:tc>
      </w:tr>
      <w:tr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3 PLACEHOLDER</w:t>
              <w:br/>
              <w:br/>
              <w:t>Photo ID: PHOTO-SAMPLE-003</w:t>
              <w:br/>
              <w:t>Captured: [YYYY-MM-DD HH:MM TZ]</w:t>
              <w:br/>
              <w:t>Object / location: [component, area or package]</w:t>
              <w:br/>
              <w:t>Evidence ID: EV-SAMPLE-003</w:t>
              <w:br/>
              <w:t>Original hash: [SHA-256]</w:t>
              <w:br/>
              <w:t>Disclosure: [Internal / de-identified customer copy]</w:t>
            </w:r>
          </w:p>
        </w:tc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4 PLACEHOLDER</w:t>
              <w:br/>
              <w:br/>
              <w:t>Photo ID: PHOTO-SAMPLE-004</w:t>
              <w:br/>
              <w:t>Captured: [YYYY-MM-DD HH:MM TZ]</w:t>
              <w:br/>
              <w:t>Object / location: [component, area or package]</w:t>
              <w:br/>
              <w:t>Evidence ID: EV-SAMPLE-004</w:t>
              <w:br/>
              <w:t>Original hash: [SHA-256]</w:t>
              <w:br/>
              <w:t>Disclosure: [Internal / de-identified customer copy]</w:t>
            </w:r>
          </w:p>
        </w:tc>
      </w:tr>
      <w:tr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5 PLACEHOLDER</w:t>
              <w:br/>
              <w:br/>
              <w:t>Photo ID: PHOTO-SAMPLE-005</w:t>
              <w:br/>
              <w:t>Captured: [YYYY-MM-DD HH:MM TZ]</w:t>
              <w:br/>
              <w:t>Object / location: [component, area or package]</w:t>
              <w:br/>
              <w:t>Evidence ID: EV-SAMPLE-005</w:t>
              <w:br/>
              <w:t>Original hash: [SHA-256]</w:t>
              <w:br/>
              <w:t>Disclosure: [Internal / de-identified customer copy]</w:t>
            </w:r>
          </w:p>
        </w:tc>
        <w:tc>
          <w:tcPr>
            <w:tcW w:type="dxa" w:w="4680"/>
            <w:shd w:fill="F4F6F9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1F4D78"/>
                <w:sz w:val="18"/>
              </w:rPr>
              <w:t>PHOTO 6 PLACEHOLDER</w:t>
              <w:br/>
              <w:br/>
              <w:t>Photo ID: PHOTO-SAMPLE-006</w:t>
              <w:br/>
              <w:t>Captured: [YYYY-MM-DD HH:MM TZ]</w:t>
              <w:br/>
              <w:t>Object / location: [component, area or package]</w:t>
              <w:br/>
              <w:t>Evidence ID: EV-SAMPLE-006</w:t>
              <w:br/>
              <w:t>Original hash: [SHA-256]</w:t>
              <w:br/>
              <w:t>Disclosure: [Internal / de-identified customer copy]</w:t>
            </w:r>
          </w:p>
        </w:tc>
      </w:tr>
    </w:tbl>
    <w:p>
      <w:pPr>
        <w:pStyle w:val="Heading1"/>
      </w:pPr>
      <w:r>
        <w:t>Progress and exception summary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2300"/>
        <w:gridCol w:w="1900"/>
        <w:gridCol w:w="2300"/>
        <w:gridCol w:w="1760"/>
      </w:tblGrid>
      <w:tr>
        <w:tc>
          <w:tcPr>
            <w:tcW w:type="dxa" w:w="11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Item</w:t>
            </w:r>
          </w:p>
        </w:tc>
        <w:tc>
          <w:tcPr>
            <w:tcW w:type="dxa" w:w="23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Observed fact</w:t>
            </w:r>
          </w:p>
        </w:tc>
        <w:tc>
          <w:tcPr>
            <w:tcW w:type="dxa" w:w="19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Impact</w:t>
            </w:r>
          </w:p>
        </w:tc>
        <w:tc>
          <w:tcPr>
            <w:tcW w:type="dxa" w:w="23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Action / owner</w:t>
            </w:r>
          </w:p>
        </w:tc>
        <w:tc>
          <w:tcPr>
            <w:tcW w:type="dxa" w:w="176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Due / status</w:t>
            </w:r>
          </w:p>
        </w:tc>
      </w:tr>
      <w:tr>
        <w:tc>
          <w:tcPr>
            <w:tcW w:type="dxa" w:w="1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SAMPLE</w:t>
            </w:r>
          </w:p>
        </w:tc>
        <w:tc>
          <w:tcPr>
            <w:tcW w:type="dxa" w:w="23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[Fact only]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[Quality / schedule / cost / none]</w:t>
            </w:r>
          </w:p>
        </w:tc>
        <w:tc>
          <w:tcPr>
            <w:tcW w:type="dxa" w:w="23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[Action / role]</w:t>
            </w:r>
          </w:p>
        </w:tc>
        <w:tc>
          <w:tcPr>
            <w:tcW w:type="dxa" w:w="17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[Date / status]</w:t>
            </w:r>
          </w:p>
        </w:tc>
      </w:tr>
      <w:tr>
        <w:tc>
          <w:tcPr>
            <w:tcW w:type="dxa" w:w="11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Exception</w:t>
            </w:r>
          </w:p>
        </w:tc>
        <w:tc>
          <w:tcPr>
            <w:tcW w:type="dxa" w:w="23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[None or ID]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[Affected scope]</w:t>
            </w:r>
          </w:p>
        </w:tc>
        <w:tc>
          <w:tcPr>
            <w:tcW w:type="dxa" w:w="23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[Pause / correction]</w:t>
            </w:r>
          </w:p>
        </w:tc>
        <w:tc>
          <w:tcPr>
            <w:tcW w:type="dxa" w:w="17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[Open / closed]</w:t>
            </w:r>
          </w:p>
        </w:tc>
      </w:tr>
    </w:tbl>
    <w:p>
      <w:pPr>
        <w:pStyle w:val="Heading1"/>
      </w:pPr>
      <w:r>
        <w:t>Customer delivery record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1700"/>
        <w:gridCol w:w="2000"/>
        <w:gridCol w:w="1460"/>
        <w:gridCol w:w="2000"/>
      </w:tblGrid>
      <w:tr>
        <w:tc>
          <w:tcPr>
            <w:tcW w:type="dxa" w:w="22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Channel</w:t>
            </w:r>
          </w:p>
        </w:tc>
        <w:tc>
          <w:tcPr>
            <w:tcW w:type="dxa" w:w="17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Recipient role</w:t>
            </w:r>
          </w:p>
        </w:tc>
        <w:tc>
          <w:tcPr>
            <w:tcW w:type="dxa" w:w="20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Sent at</w:t>
            </w:r>
          </w:p>
        </w:tc>
        <w:tc>
          <w:tcPr>
            <w:tcW w:type="dxa" w:w="146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File version</w:t>
            </w:r>
          </w:p>
        </w:tc>
        <w:tc>
          <w:tcPr>
            <w:tcW w:type="dxa" w:w="200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Acknowledged at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WhatsApp default / [buyer channel]</w:t>
            </w:r>
          </w:p>
        </w:tc>
        <w:tc>
          <w:tcPr>
            <w:tcW w:type="dxa" w:w="17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[Role]</w:t>
            </w:r>
          </w:p>
        </w:tc>
        <w:tc>
          <w:tcPr>
            <w:tcW w:type="dxa" w:w="20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[YYYY-MM-DD HH:MM TZ]</w:t>
            </w:r>
          </w:p>
        </w:tc>
        <w:tc>
          <w:tcPr>
            <w:tcW w:type="dxa" w:w="146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R0</w:t>
            </w:r>
          </w:p>
        </w:tc>
        <w:tc>
          <w:tcPr>
            <w:tcW w:type="dxa" w:w="200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[Date/time or pending]</w:t>
            </w:r>
          </w:p>
        </w:tc>
      </w:tr>
    </w:tbl>
    <w:p>
      <w:pPr>
        <w:pStyle w:val="Heading1"/>
      </w:pPr>
      <w:r>
        <w:t>Sign-off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Prepared by</w:t>
            </w:r>
          </w:p>
        </w:tc>
        <w:tc>
          <w:tcPr>
            <w:tcW w:type="dxa" w:w="234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Reviewed by</w:t>
            </w:r>
          </w:p>
        </w:tc>
        <w:tc>
          <w:tcPr>
            <w:tcW w:type="dxa" w:w="234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Approved by</w:t>
            </w:r>
          </w:p>
        </w:tc>
        <w:tc>
          <w:tcPr>
            <w:tcW w:type="dxa" w:w="2340"/>
            <w:shd w:fill="E8EEF5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Customer confirmation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[Role/date]</w:t>
            </w:r>
          </w:p>
        </w:tc>
        <w:tc>
          <w:tcPr>
            <w:tcW w:type="dxa" w:w="234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[Role/date]</w:t>
            </w:r>
          </w:p>
        </w:tc>
        <w:tc>
          <w:tcPr>
            <w:tcW w:type="dxa" w:w="234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[Role/date]</w:t>
            </w:r>
          </w:p>
        </w:tc>
        <w:tc>
          <w:tcPr>
            <w:tcW w:type="dxa" w:w="2340"/>
            <w:vAlign w:val="center"/>
          </w:tcPr>
          <w:p>
            <w:pPr>
              <w:spacing w:before="0" w:after="40" w:line="240" w:lineRule="auto"/>
            </w:pPr>
            <w:r>
              <w:rPr>
                <w:rFonts w:ascii="Calibri" w:hAnsi="Calibri"/>
                <w:b w:val="0"/>
                <w:color w:val="243447"/>
                <w:sz w:val="17"/>
              </w:rPr>
              <w:t>[If required]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/>
        <w:color w:val="9B1C1C"/>
        <w:sz w:val="16"/>
      </w:rPr>
      <w:t>SAMPLE ONLY - NOT PROJECT EVIDENCE | Controlled template | Approve before use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/>
        <w:b/>
        <w:color w:val="9B1C1C"/>
        <w:sz w:val="18"/>
      </w:rPr>
      <w:t>SAMPLE ONLY - NOT PROJECT EVIDENCE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Milestone Photo Report - Sample</dc:title>
  <dc:subject>Fictional de-identified controlled sample</dc:subject>
  <dc:creator>HF Steel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